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2421"/>
        </w:rPr>
        <w:t>KiwiSaver GP letter template</w:t>
      </w:r>
    </w:p>
    <w:p>
      <w:r>
        <w:rPr>
          <w:b w:val="0"/>
          <w:sz w:val="18"/>
        </w:rPr>
        <w:t>Generic template from &amp;NewMe, checked 7 October 2026. Your GP writes the letter in their own words; your KiwiSaver provider decides.</w:t>
      </w:r>
    </w:p>
    <w:p>
      <w:r>
        <w:rPr>
          <w:b w:val="0"/>
          <w:sz w:val="18"/>
        </w:rPr>
        <w:t>A starting point only. Please move it onto your practice letterhead and edit freely. Fill in or delete everything in [square brackets].</w:t>
      </w:r>
    </w:p>
    <w:p>
      <w:r>
        <w:t>─────────────────────────────────────────────</w:t>
      </w:r>
    </w:p>
    <w:p>
      <w:r>
        <w:rPr>
          <w:b w:val="0"/>
        </w:rPr>
        <w:t>[Date - within 30 days of submission]</w:t>
      </w:r>
    </w:p>
    <w:p>
      <w:r>
        <w:rPr>
          <w:b w:val="0"/>
        </w:rPr>
        <w:t>To whom it may concern</w:t>
      </w:r>
      <w:r>
        <w:br/>
      </w:r>
      <w:r>
        <w:rPr>
          <w:b w:val="0"/>
        </w:rPr>
        <w:t>[KiwiSaver provider name]</w:t>
      </w:r>
      <w:r>
        <w:br/>
      </w:r>
      <w:r>
        <w:rPr>
          <w:b w:val="0"/>
        </w:rPr>
        <w:t>KiwiSaver - significant financial hardship withdrawal</w:t>
      </w:r>
    </w:p>
    <w:p>
      <w:r>
        <w:rPr>
          <w:b/>
        </w:rPr>
        <w:t>Re: [Patient full name], date of birth [DD/MM/YYYY] - member / reference number [if known]</w:t>
      </w:r>
    </w:p>
    <w:p>
      <w:r>
        <w:rPr>
          <w:b w:val="0"/>
        </w:rPr>
        <w:t>I am writing in support of my patient's application for a significant financial hardship withdrawal to meet the cost of medical treatment (weight loss surgery). This letter covers the points below.</w:t>
      </w:r>
    </w:p>
    <w:p>
      <w:pPr>
        <w:pStyle w:val="Heading2"/>
      </w:pPr>
      <w:r>
        <w:rPr>
          <w:color w:val="0E2421"/>
        </w:rPr>
        <w:t>1. Medical condition, severity and impact</w:t>
      </w:r>
    </w:p>
    <w:p>
      <w:r>
        <w:rPr>
          <w:b w:val="0"/>
        </w:rPr>
        <w:t>[Patient] has a height of [ ] cm and a weight of [ ] kg, a body mass index of [ ] kg/m². [Conditions you have diagnosed or managed, for example type 2 diabetes or prediabetes, hypertension, obstructive sleep apnoea, joint pain or reduced mobility, fatty liver disease, PCOS, mental-health impact.] [How these affect daily life and work.]</w:t>
      </w:r>
    </w:p>
    <w:p>
      <w:pPr>
        <w:pStyle w:val="Heading2"/>
      </w:pPr>
      <w:r>
        <w:rPr>
          <w:color w:val="0E2421"/>
        </w:rPr>
        <w:t>2. Why weight loss surgery is needed</w:t>
      </w:r>
    </w:p>
    <w:p>
      <w:r>
        <w:rPr>
          <w:b w:val="0"/>
        </w:rPr>
        <w:t>[Previous attempts, for example dietitian-led programmes, medication, structured lifestyle programmes, and their results.] [Your clinical opinion, for example: In my clinical opinion, bariatric surgery is medically indicated / would be an appropriate treatment for [Patient]'s condition, and delay is likely to allow [conditions] to progress.]</w:t>
      </w:r>
    </w:p>
    <w:p>
      <w:pPr>
        <w:pStyle w:val="Heading2"/>
      </w:pPr>
      <w:r>
        <w:rPr>
          <w:color w:val="0E2421"/>
        </w:rPr>
        <w:t>3. Availability of publicly funded treatment</w:t>
      </w:r>
    </w:p>
    <w:p>
      <w:r>
        <w:rPr>
          <w:b w:val="0"/>
        </w:rPr>
        <w:t>[Whether [Patient] meets the regional criteria for publicly funded bariatric surgery, whether a referral has been made or declined, and the expected wait if known.]</w:t>
      </w:r>
    </w:p>
    <w:p>
      <w:pPr>
        <w:pStyle w:val="Heading2"/>
      </w:pPr>
      <w:r>
        <w:rPr>
          <w:color w:val="0E2421"/>
        </w:rPr>
        <w:t>4. Clinical relationship</w:t>
      </w:r>
    </w:p>
    <w:p>
      <w:r>
        <w:rPr>
          <w:b w:val="0"/>
        </w:rPr>
        <w:t>I confirm that I have been [Patient]'s GP since [year / approximate duration] and am familiar with [his/her/their] medical history.</w:t>
      </w:r>
    </w:p>
    <w:p>
      <w:r>
        <w:rPr>
          <w:b w:val="0"/>
        </w:rPr>
        <w:t>Please contact me if you need further information.</w:t>
      </w:r>
    </w:p>
    <w:p>
      <w:r>
        <w:rPr>
          <w:b w:val="0"/>
        </w:rPr>
        <w:t>Yours faithfully,</w:t>
      </w:r>
      <w:r>
        <w:br/>
      </w:r>
      <w:r>
        <w:rPr>
          <w:b w:val="0"/>
        </w:rPr>
      </w:r>
      <w:r>
        <w:br/>
      </w:r>
      <w:r>
        <w:rPr>
          <w:b w:val="0"/>
        </w:rPr>
        <w:t>[Name], [qualifications]</w:t>
      </w:r>
      <w:r>
        <w:br/>
      </w:r>
      <w:r>
        <w:rPr>
          <w:b w:val="0"/>
        </w:rPr>
        <w:t>[Practice name and address]</w:t>
      </w:r>
      <w:r>
        <w:br/>
      </w:r>
      <w:r>
        <w:rPr>
          <w:b w:val="0"/>
        </w:rPr>
        <w:t>[Phone / email]</w:t>
      </w:r>
      <w:r>
        <w:br/>
      </w:r>
      <w:r>
        <w:rPr>
          <w:b w:val="0"/>
        </w:rPr>
        <w:t>Medical Council of New Zealand registration number [ ]</w:t>
      </w:r>
      <w:r>
        <w:br/>
      </w:r>
      <w:r>
        <w:rPr>
          <w:b w:val="0"/>
        </w:rPr>
        <w:t>[Signature and practice stamp]</w:t>
      </w:r>
    </w:p>
    <w:p>
      <w:r>
        <w:t>─────────────────────────────────────────────</w:t>
      </w:r>
    </w:p>
    <w:p>
      <w:r>
        <w:rPr>
          <w:b w:val="0"/>
          <w:sz w:val="18"/>
        </w:rPr>
        <w:t>Checklist before sending: on letterhead - dated within 30 days - signed (and stamped) - patient's full legal name - all brackets filled in or removed.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KiwiSaver GP letter template</dc:title>
  <dc:subject/>
  <dc:creator>&amp;NewMe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